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7D7B0" w14:textId="77777777" w:rsidR="003B7668" w:rsidRPr="008B4EE7" w:rsidRDefault="009F5150" w:rsidP="0071582A">
      <w:pPr>
        <w:spacing w:after="40"/>
        <w:jc w:val="both"/>
        <w:rPr>
          <w:rFonts w:ascii="Times New Roman" w:hAnsi="Times New Roman" w:cs="Times New Roman"/>
          <w:sz w:val="24"/>
        </w:rPr>
      </w:pPr>
      <w:r w:rsidRPr="008B4EE7">
        <w:rPr>
          <w:rFonts w:ascii="Times New Roman" w:eastAsia="Arial" w:hAnsi="Times New Roman" w:cs="Times New Roman"/>
          <w:b/>
          <w:color w:val="184C86"/>
          <w:sz w:val="24"/>
        </w:rPr>
        <w:t>GÜNDELİK YAŞAMDAN AFET SONRASINA:</w:t>
      </w:r>
    </w:p>
    <w:p w14:paraId="509A61D1" w14:textId="6EBC0842" w:rsidR="003B7668" w:rsidRPr="008B4EE7" w:rsidRDefault="009F5150" w:rsidP="0071582A">
      <w:pPr>
        <w:spacing w:after="160"/>
        <w:jc w:val="both"/>
        <w:rPr>
          <w:rFonts w:ascii="Times New Roman" w:hAnsi="Times New Roman" w:cs="Times New Roman"/>
          <w:sz w:val="24"/>
        </w:rPr>
      </w:pPr>
      <w:r w:rsidRPr="008B4EE7">
        <w:rPr>
          <w:rFonts w:ascii="Times New Roman" w:eastAsia="Arial" w:hAnsi="Times New Roman" w:cs="Times New Roman"/>
          <w:b/>
          <w:color w:val="184C86"/>
          <w:sz w:val="24"/>
        </w:rPr>
        <w:t>DÖNÜŞEBİLİR KENT</w:t>
      </w:r>
      <w:r w:rsidR="0036029F">
        <w:rPr>
          <w:rFonts w:ascii="Times New Roman" w:eastAsia="Arial" w:hAnsi="Times New Roman" w:cs="Times New Roman"/>
          <w:b/>
          <w:color w:val="184C86"/>
          <w:sz w:val="24"/>
        </w:rPr>
        <w:t>,</w:t>
      </w:r>
      <w:r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YAŞAM VE DAYANIŞMA MERKEZİ TASARIMI</w:t>
      </w:r>
    </w:p>
    <w:p w14:paraId="4DA76877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Aziz Duran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Parkı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– Ray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Dönüşümü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Arakesiti</w:t>
      </w:r>
      <w:proofErr w:type="spellEnd"/>
    </w:p>
    <w:p w14:paraId="2A5F7965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Konusunun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Tanımı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Bağlamı</w:t>
      </w:r>
      <w:proofErr w:type="spellEnd"/>
    </w:p>
    <w:p w14:paraId="2BC0DB34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Kentlerde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yalnızca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belirli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hizmet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gruplarını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getiren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gündelik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yaşamı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değişen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toplumsal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ihtiyaçlara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sağlayabilen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odaklardır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Özellikle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814B5D">
        <w:rPr>
          <w:rFonts w:ascii="Times New Roman" w:eastAsia="Arial" w:hAnsi="Times New Roman" w:cs="Times New Roman"/>
          <w:sz w:val="22"/>
        </w:rPr>
        <w:t>başta</w:t>
      </w:r>
      <w:proofErr w:type="spellEnd"/>
      <w:r w:rsidR="00814B5D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814B5D">
        <w:rPr>
          <w:rFonts w:ascii="Times New Roman" w:eastAsia="Arial" w:hAnsi="Times New Roman" w:cs="Times New Roman"/>
          <w:sz w:val="22"/>
        </w:rPr>
        <w:t>deprem</w:t>
      </w:r>
      <w:proofErr w:type="spellEnd"/>
      <w:r w:rsidR="00814B5D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814B5D">
        <w:rPr>
          <w:rFonts w:ascii="Times New Roman" w:eastAsia="Arial" w:hAnsi="Times New Roman" w:cs="Times New Roman"/>
          <w:sz w:val="22"/>
        </w:rPr>
        <w:t>olmak</w:t>
      </w:r>
      <w:proofErr w:type="spellEnd"/>
      <w:r w:rsidR="00814B5D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814B5D">
        <w:rPr>
          <w:rFonts w:ascii="Times New Roman" w:eastAsia="Arial" w:hAnsi="Times New Roman" w:cs="Times New Roman"/>
          <w:sz w:val="22"/>
        </w:rPr>
        <w:t>üzere</w:t>
      </w:r>
      <w:proofErr w:type="spellEnd"/>
      <w:r w:rsidR="00814B5D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riski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taşıyan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koşullarının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olağanüstü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durumlarda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üstlenebilecekleri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roller de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önemli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tartışma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alanlarından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0A6269F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Bu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öğrencilerden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gündelik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yaşamını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kullanımlara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uyarlanabilen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çok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amaçlı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geliştirmeleri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tartışma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yalnızca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tasarlanması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zamanda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aktif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yaşamına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katılan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odak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çalışırken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dönüşebilmesidir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124553D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Adapazarı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merkezinde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Aziz Duran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Parkı’nın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sınırında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mevcut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demiryolu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hattı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14.500 m²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büyüklüğündeki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batısında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Aziz Duran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Parkı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içerisindeki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mevcut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demiryolu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hattı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onun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devamında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yoğun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bulunmaktadır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Kuzeyde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Aziz Duran İstasyonu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SASKİ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güneyde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Maliye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Caddesi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tanımlamaktadır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9E6D6D6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sınırındaki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demiryolu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hattı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Adapazarı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Mithatpaşa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İstasyonu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rayların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altına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alınmasını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üst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kotta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sosyal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oluşturulmasını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hedefleyen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r w:rsidRPr="0071582A">
        <w:rPr>
          <w:rFonts w:ascii="Times New Roman" w:eastAsia="Arial" w:hAnsi="Times New Roman" w:cs="Times New Roman"/>
          <w:i/>
          <w:sz w:val="22"/>
        </w:rPr>
        <w:t xml:space="preserve">“Ray </w:t>
      </w:r>
      <w:proofErr w:type="spellStart"/>
      <w:r w:rsidRPr="0071582A">
        <w:rPr>
          <w:rFonts w:ascii="Times New Roman" w:eastAsia="Arial" w:hAnsi="Times New Roman" w:cs="Times New Roman"/>
          <w:i/>
          <w:sz w:val="22"/>
        </w:rPr>
        <w:t>Dönüşümü</w:t>
      </w:r>
      <w:proofErr w:type="spellEnd"/>
      <w:r w:rsidRPr="0071582A">
        <w:rPr>
          <w:rFonts w:ascii="Times New Roman" w:eastAsia="Arial" w:hAnsi="Times New Roman" w:cs="Times New Roman"/>
          <w:i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i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i/>
          <w:sz w:val="22"/>
        </w:rPr>
        <w:t>”</w:t>
      </w:r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geçtiği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bölümlerden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Bu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bugün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fiziksel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eşik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ray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hattının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gelecekte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karakter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kazanması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Aziz Duran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Parkı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yeni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önemli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arakesite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potansiyelini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çıkarmaktadır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7CC82C4" w14:textId="77777777" w:rsidR="003B7668" w:rsidRPr="0071582A" w:rsidRDefault="0071582A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kapsamında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; Aziz Duran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Parkı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–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–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gelecekteki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–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arasındaki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yeniden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kuran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odak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değer</w:t>
      </w:r>
      <w:r w:rsidRPr="0071582A">
        <w:rPr>
          <w:rFonts w:ascii="Times New Roman" w:eastAsia="Arial" w:hAnsi="Times New Roman" w:cs="Times New Roman"/>
          <w:sz w:val="22"/>
        </w:rPr>
        <w:t>lendirme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. Ray Dönüşümü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projesinin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bütününün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ayrıntılı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tasarımı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Projesinin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kapsamı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dışındadır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sorumluluğu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kendi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bu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dönüşümle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kuracağı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işlevsel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ilişkiyi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9F5150" w:rsidRPr="0071582A">
        <w:rPr>
          <w:rFonts w:ascii="Times New Roman" w:eastAsia="Arial" w:hAnsi="Times New Roman" w:cs="Times New Roman"/>
          <w:sz w:val="22"/>
        </w:rPr>
        <w:t>geliştirmektir</w:t>
      </w:r>
      <w:proofErr w:type="spellEnd"/>
      <w:r w:rsidR="009F5150" w:rsidRPr="0071582A">
        <w:rPr>
          <w:rFonts w:ascii="Times New Roman" w:eastAsia="Arial" w:hAnsi="Times New Roman" w:cs="Times New Roman"/>
          <w:sz w:val="22"/>
        </w:rPr>
        <w:t>.</w:t>
      </w:r>
    </w:p>
    <w:p w14:paraId="7BC18DCA" w14:textId="77777777" w:rsidR="003B7668" w:rsidRPr="0071582A" w:rsidRDefault="003B7668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</w:p>
    <w:p w14:paraId="4B697080" w14:textId="77777777" w:rsidR="003B7668" w:rsidRPr="0071582A" w:rsidRDefault="009F5150" w:rsidP="0071582A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hAnsi="Times New Roman" w:cs="Times New Roman"/>
          <w:sz w:val="22"/>
        </w:rPr>
        <w:br w:type="page"/>
      </w:r>
    </w:p>
    <w:p w14:paraId="270DAA8E" w14:textId="77777777" w:rsidR="003B7668" w:rsidRDefault="008B4EE7" w:rsidP="0071582A">
      <w:pPr>
        <w:keepNext/>
        <w:spacing w:before="120" w:after="80"/>
        <w:jc w:val="both"/>
        <w:rPr>
          <w:rFonts w:ascii="Times New Roman" w:eastAsia="Arial" w:hAnsi="Times New Roman" w:cs="Times New Roman"/>
          <w:b/>
          <w:color w:val="184C86"/>
          <w:sz w:val="24"/>
        </w:rPr>
      </w:pPr>
      <w:r>
        <w:rPr>
          <w:rFonts w:ascii="Times New Roman" w:eastAsia="Arial" w:hAnsi="Times New Roman" w:cs="Times New Roman"/>
          <w:b/>
          <w:noProof/>
          <w:color w:val="184C86"/>
          <w:sz w:val="22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E0AC5C" wp14:editId="19413A03">
                <wp:simplePos x="0" y="0"/>
                <wp:positionH relativeFrom="column">
                  <wp:posOffset>51207</wp:posOffset>
                </wp:positionH>
                <wp:positionV relativeFrom="paragraph">
                  <wp:posOffset>-944296</wp:posOffset>
                </wp:positionV>
                <wp:extent cx="665683" cy="680313"/>
                <wp:effectExtent l="0" t="0" r="1270" b="571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" cy="6803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DD9232" id="Dikdörtgen 4" o:spid="_x0000_s1026" style="position:absolute;margin-left:4.05pt;margin-top:-74.35pt;width:52.4pt;height:53.5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" fillcolor="white [3212]" stroked="f"/>
            </w:pict>
          </mc:Fallback>
        </mc:AlternateContent>
      </w:r>
      <w:proofErr w:type="spellStart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>Proje</w:t>
      </w:r>
      <w:proofErr w:type="spellEnd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</w:t>
      </w:r>
      <w:proofErr w:type="spellStart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>Alanı</w:t>
      </w:r>
      <w:proofErr w:type="spellEnd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</w:t>
      </w:r>
      <w:proofErr w:type="spellStart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>ve</w:t>
      </w:r>
      <w:proofErr w:type="spellEnd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</w:t>
      </w:r>
      <w:proofErr w:type="spellStart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>Yakın</w:t>
      </w:r>
      <w:proofErr w:type="spellEnd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</w:t>
      </w:r>
      <w:proofErr w:type="spellStart"/>
      <w:r w:rsidR="009F5150" w:rsidRPr="008B4EE7">
        <w:rPr>
          <w:rFonts w:ascii="Times New Roman" w:eastAsia="Arial" w:hAnsi="Times New Roman" w:cs="Times New Roman"/>
          <w:b/>
          <w:color w:val="184C86"/>
          <w:sz w:val="24"/>
        </w:rPr>
        <w:t>Çevre</w:t>
      </w:r>
      <w:proofErr w:type="spellEnd"/>
    </w:p>
    <w:p w14:paraId="5254CB13" w14:textId="77777777" w:rsidR="008B4EE7" w:rsidRPr="0071582A" w:rsidRDefault="008B4EE7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</w:p>
    <w:p w14:paraId="19FF684E" w14:textId="77777777" w:rsidR="003B7668" w:rsidRPr="0071582A" w:rsidRDefault="009F5150" w:rsidP="0071582A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hAnsi="Times New Roman" w:cs="Times New Roman"/>
          <w:noProof/>
          <w:sz w:val="22"/>
          <w:lang w:val="tr-TR" w:eastAsia="tr-TR"/>
        </w:rPr>
        <w:drawing>
          <wp:inline distT="0" distB="0" distL="0" distR="0" wp14:anchorId="010B3D76" wp14:editId="27418C8B">
            <wp:extent cx="5976000" cy="39023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832a5f-d775-4c2b-9e1b-15d42dfb83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90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127FD" w14:textId="77777777" w:rsidR="003B7668" w:rsidRPr="0071582A" w:rsidRDefault="009F5150" w:rsidP="0071582A">
      <w:pPr>
        <w:spacing w:after="10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Şekil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1.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çevresi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(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14.500 m²)</w:t>
      </w:r>
    </w:p>
    <w:p w14:paraId="227802D5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Faik Baysal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Kütüphanesi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Ziya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Taşkent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Konser Salonu, Sakarya Sanat </w:t>
      </w:r>
      <w:r w:rsidR="0071582A" w:rsidRPr="0071582A">
        <w:rPr>
          <w:rFonts w:ascii="Times New Roman" w:eastAsia="Arial" w:hAnsi="Times New Roman" w:cs="Times New Roman"/>
          <w:sz w:val="22"/>
        </w:rPr>
        <w:t xml:space="preserve">Galerisi,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Ofis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Sanat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Merkezi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gibi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kültürel-kamusal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bulunmaktadır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Bu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alanları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destekleyen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kapalı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proofErr w:type="gramStart"/>
      <w:r w:rsidR="0071582A"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değişen</w:t>
      </w:r>
      <w:proofErr w:type="spellEnd"/>
      <w:proofErr w:type="gram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toplumsal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ihtiyaçlara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uyum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sağlayabilen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odakların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tasarlanması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="0071582A"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="0071582A" w:rsidRPr="0071582A">
        <w:rPr>
          <w:rFonts w:ascii="Times New Roman" w:eastAsia="Arial" w:hAnsi="Times New Roman" w:cs="Times New Roman"/>
          <w:sz w:val="22"/>
        </w:rPr>
        <w:t>.</w:t>
      </w:r>
      <w:r w:rsidR="0071582A" w:rsidRPr="0071582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bulunan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mevcut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r w:rsidR="0071582A" w:rsidRPr="0071582A">
        <w:rPr>
          <w:rFonts w:ascii="Times New Roman" w:eastAsia="Arial" w:hAnsi="Times New Roman" w:cs="Times New Roman"/>
          <w:sz w:val="22"/>
        </w:rPr>
        <w:t>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elemanların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korunması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dönüştürülmesi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kaldırılmasına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güncel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durum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analizi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</w:p>
    <w:p w14:paraId="71116AD6" w14:textId="77777777" w:rsidR="0071582A" w:rsidRPr="0071582A" w:rsidRDefault="0071582A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</w:p>
    <w:p w14:paraId="443C7C31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Bağlamın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Ölçeklere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Göre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Ele Alınması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</w:tblGrid>
      <w:tr w:rsidR="003B7668" w:rsidRPr="0071582A" w14:paraId="6D337970" w14:textId="77777777">
        <w:trPr>
          <w:jc w:val="center"/>
        </w:trPr>
        <w:tc>
          <w:tcPr>
            <w:tcW w:w="2324" w:type="dxa"/>
            <w:shd w:val="clear" w:color="auto" w:fill="EDEDE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F7545BB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Gar / Kent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Merkezi</w:t>
            </w:r>
            <w:proofErr w:type="spellEnd"/>
          </w:p>
        </w:tc>
        <w:tc>
          <w:tcPr>
            <w:tcW w:w="2324" w:type="dxa"/>
            <w:shd w:val="clear" w:color="auto" w:fill="DDE7F4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31010049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Ray Dönüşümü +</w:t>
            </w: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br/>
              <w:t xml:space="preserve">Yeşil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Koridor</w:t>
            </w:r>
            <w:proofErr w:type="spellEnd"/>
          </w:p>
        </w:tc>
        <w:tc>
          <w:tcPr>
            <w:tcW w:w="2324" w:type="dxa"/>
            <w:shd w:val="clear" w:color="auto" w:fill="C9DABF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0E74B2D6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Proje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Alanı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+</w:t>
            </w: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br/>
              <w:t xml:space="preserve">Aziz Duran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Parkı</w:t>
            </w:r>
            <w:proofErr w:type="spellEnd"/>
          </w:p>
        </w:tc>
        <w:tc>
          <w:tcPr>
            <w:tcW w:w="2324" w:type="dxa"/>
            <w:shd w:val="clear" w:color="auto" w:fill="EDEDED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DFD65B4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Mithatpaşa</w:t>
            </w:r>
            <w:proofErr w:type="spellEnd"/>
          </w:p>
        </w:tc>
      </w:tr>
    </w:tbl>
    <w:p w14:paraId="6AC6AFBA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1/2000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ölçekte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koridorun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bütünü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bağlam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ilişki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düzeyinde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okunacak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; 1/1000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ölçekte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ise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Aziz Duran Parkı,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gelecekteki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dokusuyla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kurduğu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bağlantılar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geliştirilecektir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.</w:t>
      </w:r>
    </w:p>
    <w:p w14:paraId="63505E17" w14:textId="77777777" w:rsidR="0071582A" w:rsidRPr="0071582A" w:rsidRDefault="0071582A" w:rsidP="0071582A">
      <w:pPr>
        <w:keepNext/>
        <w:spacing w:before="120" w:after="80"/>
        <w:jc w:val="both"/>
        <w:rPr>
          <w:rFonts w:ascii="Times New Roman" w:eastAsia="Arial" w:hAnsi="Times New Roman" w:cs="Times New Roman"/>
          <w:b/>
          <w:color w:val="184C86"/>
          <w:sz w:val="22"/>
        </w:rPr>
      </w:pPr>
    </w:p>
    <w:p w14:paraId="1D368B5F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r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Amaç </w:t>
      </w:r>
      <w:proofErr w:type="spellStart"/>
      <w:r w:rsidRPr="008B4EE7">
        <w:rPr>
          <w:rFonts w:ascii="Times New Roman" w:eastAsia="Arial" w:hAnsi="Times New Roman" w:cs="Times New Roman"/>
          <w:b/>
          <w:color w:val="184C86"/>
          <w:sz w:val="24"/>
        </w:rPr>
        <w:t>ve</w:t>
      </w:r>
      <w:proofErr w:type="spellEnd"/>
      <w:r w:rsidRPr="008B4EE7">
        <w:rPr>
          <w:rFonts w:ascii="Times New Roman" w:eastAsia="Arial" w:hAnsi="Times New Roman" w:cs="Times New Roman"/>
          <w:b/>
          <w:color w:val="184C86"/>
          <w:sz w:val="24"/>
        </w:rPr>
        <w:t xml:space="preserve"> </w:t>
      </w:r>
      <w:proofErr w:type="spellStart"/>
      <w:r w:rsidRPr="008B4EE7">
        <w:rPr>
          <w:rFonts w:ascii="Times New Roman" w:eastAsia="Arial" w:hAnsi="Times New Roman" w:cs="Times New Roman"/>
          <w:b/>
          <w:color w:val="184C86"/>
          <w:sz w:val="24"/>
        </w:rPr>
        <w:t>Kapsam</w:t>
      </w:r>
      <w:proofErr w:type="spellEnd"/>
    </w:p>
    <w:p w14:paraId="508D8E62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amacı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mimarlık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lisans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eğitimi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süresince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edindiği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bilgi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beceri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mesleki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yeterlilik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düzeyinde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bütüncül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aracılığıyla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koymasını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sağlamaktır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yalnızca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tasarlaması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birlikte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değerlendiren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düşünce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19C1B65" w14:textId="77777777" w:rsidR="003B7668" w:rsidRPr="0071582A" w:rsidRDefault="009F5150" w:rsidP="0071582A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hAnsi="Times New Roman" w:cs="Times New Roman"/>
          <w:sz w:val="22"/>
        </w:rPr>
        <w:br w:type="page"/>
      </w:r>
    </w:p>
    <w:p w14:paraId="3CD3CAB5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lastRenderedPageBreak/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analiz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yorum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sentez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üretimini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kapsayan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çok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katmanlı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alınmakta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problem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tanımlama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eleştirel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düşünme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becerilerini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koyması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amaçlanmaktadır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Nihai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hedef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problemiyle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örtüşen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estetik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açıdan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tutarlı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ürünün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konmasıdır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4145381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takvime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yorumlayacağı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kendi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düşünce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geliştireceği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bireysel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Föyde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zorunlu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çekirdeği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seçmeli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grupları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çerçeve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oluşturmakta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analizleri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gerektiğinde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yeni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önerileri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AD435DC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Tasarımda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Beklentiler</w:t>
      </w:r>
      <w:proofErr w:type="spellEnd"/>
    </w:p>
    <w:p w14:paraId="7A23030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Aziz Duran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Parkı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gelecekteki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geçirgen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eşik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birlikte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bütüncül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C37EFA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geçirgenlik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girdilerinden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park,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yeni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doğudaki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okunaklı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kurulmalıdır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8F261F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Yapının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gündelik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yaşamda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aktif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hedeflenmeli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gruplarının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saatlerinde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yararlanabileceği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kapsayıcı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5A426D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organizasyonda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esneklik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esas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kullanımlara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sağlayabilen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bölünebilen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birleşebilen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yoğunluğu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değişikliklerine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cevap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verebilen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çözümler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572699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üzerinden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değerlendirilmelidir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gündelik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r w:rsidR="00814B5D">
        <w:rPr>
          <w:rFonts w:ascii="Times New Roman" w:eastAsia="Arial" w:hAnsi="Times New Roman" w:cs="Times New Roman"/>
          <w:sz w:val="22"/>
        </w:rPr>
        <w:t>(</w:t>
      </w:r>
      <w:proofErr w:type="spellStart"/>
      <w:r w:rsidR="00814B5D">
        <w:rPr>
          <w:rFonts w:ascii="Times New Roman" w:eastAsia="Arial" w:hAnsi="Times New Roman" w:cs="Times New Roman"/>
          <w:sz w:val="22"/>
        </w:rPr>
        <w:t>deprem</w:t>
      </w:r>
      <w:proofErr w:type="spellEnd"/>
      <w:r w:rsidR="00814B5D">
        <w:rPr>
          <w:rFonts w:ascii="Times New Roman" w:eastAsia="Arial" w:hAnsi="Times New Roman" w:cs="Times New Roman"/>
          <w:sz w:val="22"/>
        </w:rPr>
        <w:t>)</w:t>
      </w:r>
      <w:r w:rsidR="00814B5D"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="00814B5D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durumda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nasıl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çalıştığı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plan,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14864E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Afet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barınma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toplu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beslenme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sağlık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danışmanlık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iletişim-koordinasyon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yardım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kabul-dağıtım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lojistik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gibi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gereksinimlere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nasıl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uyarlanabileceği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araştırılmalıdır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toplanması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zorunlu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15480A3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Taşıyıcı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lojistik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depolama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ıslak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hacimler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yangın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güvenliği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altyapı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kurgunun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ayrılmaz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parçaları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1D7AAF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İklime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duyarlı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aydınlatma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havalandırma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gölgeleme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yönetimi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geçirgen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yüzeyler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bitkilendirme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enerji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seçimleri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sürdürülebilirlik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somut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karşılıkları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üzerinden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9C64642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taban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oturumunun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düşük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yoğunluklu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tutulması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korunması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bütünleşen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yerleşim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hedeflenmektedir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6820FDF" w14:textId="77777777" w:rsidR="0071582A" w:rsidRPr="0071582A" w:rsidRDefault="0071582A" w:rsidP="0071582A">
      <w:pPr>
        <w:spacing w:after="60" w:line="240" w:lineRule="auto"/>
        <w:jc w:val="both"/>
        <w:rPr>
          <w:rFonts w:ascii="Times New Roman" w:eastAsia="Arial" w:hAnsi="Times New Roman" w:cs="Times New Roman"/>
          <w:i/>
          <w:color w:val="555555"/>
          <w:sz w:val="22"/>
        </w:rPr>
      </w:pPr>
    </w:p>
    <w:p w14:paraId="16A792D7" w14:textId="77777777" w:rsidR="0071582A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çalışma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kabulü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taban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%30’unu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aşmaması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önerilmektedir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. </w:t>
      </w:r>
    </w:p>
    <w:p w14:paraId="35B8F7C1" w14:textId="77777777" w:rsidR="003B7668" w:rsidRPr="0071582A" w:rsidRDefault="003B7668" w:rsidP="0071582A">
      <w:pPr>
        <w:jc w:val="both"/>
        <w:rPr>
          <w:rFonts w:ascii="Times New Roman" w:hAnsi="Times New Roman" w:cs="Times New Roman"/>
          <w:sz w:val="22"/>
        </w:rPr>
      </w:pPr>
    </w:p>
    <w:p w14:paraId="1405830E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Değerlendirme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Kriterleri</w:t>
      </w:r>
      <w:proofErr w:type="spellEnd"/>
    </w:p>
    <w:p w14:paraId="32815EB1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Ara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final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değerlendirmeye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katkısı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%50, final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final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katkısı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%50’dir.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final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şartlarda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projelerinin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dijital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fiziki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yapmakla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sunmakla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yükümlüdür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Devam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katılımı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VIII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yönergesindeki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hükümler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değerlendirilir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81A856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Jürilere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katılım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C7C260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problemini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kişisel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değerlendirme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çok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boyutlu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sürecini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eleştirel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yürütme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becerisi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1CC503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program,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mekânsal-biçimsel-tektonik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organizasyon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ilişkilendirilmesi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62ED84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Aziz Duran Parkı, Ray Dönüşümü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aktarılma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düzeyi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E2BE46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seçimlerinin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araştırma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ihtiyaç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analiziyle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çözülmesi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4E5F75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lastRenderedPageBreak/>
        <w:t>Taşıyıcı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teknolojisi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yangın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güvenliği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performans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bütünlük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içerisinde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54EC02A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üretiminde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iletişiminde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temsil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araçlarının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yeterli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çok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boyutlu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temsil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medyalarında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yetkinlik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92ED2F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Jüri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oturumları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nihai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istenen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materyallerin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eksiksiz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460210E" w14:textId="77777777" w:rsidR="003B7668" w:rsidRPr="0036029F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029F">
        <w:rPr>
          <w:rFonts w:ascii="Times New Roman" w:eastAsia="Arial" w:hAnsi="Times New Roman" w:cs="Times New Roman"/>
          <w:b/>
          <w:color w:val="184C86"/>
          <w:sz w:val="24"/>
          <w:szCs w:val="24"/>
        </w:rPr>
        <w:t>Çalışma</w:t>
      </w:r>
      <w:proofErr w:type="spellEnd"/>
      <w:r w:rsidRPr="0036029F">
        <w:rPr>
          <w:rFonts w:ascii="Times New Roman" w:eastAsia="Arial" w:hAnsi="Times New Roman" w:cs="Times New Roman"/>
          <w:b/>
          <w:color w:val="184C86"/>
          <w:sz w:val="24"/>
          <w:szCs w:val="24"/>
        </w:rPr>
        <w:t xml:space="preserve"> </w:t>
      </w:r>
      <w:proofErr w:type="spellStart"/>
      <w:r w:rsidRPr="0036029F">
        <w:rPr>
          <w:rFonts w:ascii="Times New Roman" w:eastAsia="Arial" w:hAnsi="Times New Roman" w:cs="Times New Roman"/>
          <w:b/>
          <w:color w:val="184C86"/>
          <w:sz w:val="24"/>
          <w:szCs w:val="24"/>
        </w:rPr>
        <w:t>Takvimi</w:t>
      </w:r>
      <w:proofErr w:type="spellEnd"/>
    </w:p>
    <w:p w14:paraId="76E0C8F6" w14:textId="77777777" w:rsidR="003B7668" w:rsidRDefault="003B7668" w:rsidP="0071582A">
      <w:pPr>
        <w:spacing w:after="60" w:line="240" w:lineRule="auto"/>
        <w:jc w:val="both"/>
        <w:rPr>
          <w:rFonts w:ascii="Times New Roman" w:eastAsia="Arial" w:hAnsi="Times New Roman" w:cs="Times New Roman"/>
          <w:i/>
          <w:color w:val="555555"/>
          <w:sz w:val="22"/>
        </w:rPr>
      </w:pP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2060"/>
        <w:gridCol w:w="6695"/>
      </w:tblGrid>
      <w:tr w:rsidR="0071582A" w:rsidRPr="0071582A" w14:paraId="4077E617" w14:textId="77777777" w:rsidTr="0071582A">
        <w:trPr>
          <w:jc w:val="center"/>
        </w:trPr>
        <w:tc>
          <w:tcPr>
            <w:tcW w:w="1384" w:type="dxa"/>
          </w:tcPr>
          <w:p w14:paraId="288A6C05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HAFTA-1</w:t>
            </w:r>
          </w:p>
        </w:tc>
        <w:tc>
          <w:tcPr>
            <w:tcW w:w="2060" w:type="dxa"/>
          </w:tcPr>
          <w:p w14:paraId="615ECFF6" w14:textId="77777777" w:rsidR="0071582A" w:rsidRPr="0071582A" w:rsidRDefault="0071582A" w:rsidP="00715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21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0D5CE989" w14:textId="77777777" w:rsidR="0071582A" w:rsidRPr="0071582A" w:rsidRDefault="0071582A" w:rsidP="007A5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Proje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föyünün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öğrencilere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paylaşımı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(SABİS DUYURULAR YOLUYLA) </w:t>
            </w:r>
          </w:p>
        </w:tc>
      </w:tr>
      <w:tr w:rsidR="0071582A" w:rsidRPr="0071582A" w14:paraId="11CD59EB" w14:textId="77777777" w:rsidTr="0071582A">
        <w:trPr>
          <w:jc w:val="center"/>
        </w:trPr>
        <w:tc>
          <w:tcPr>
            <w:tcW w:w="1384" w:type="dxa"/>
          </w:tcPr>
          <w:p w14:paraId="52C2D878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HAFTA-1</w:t>
            </w:r>
          </w:p>
        </w:tc>
        <w:tc>
          <w:tcPr>
            <w:tcW w:w="2060" w:type="dxa"/>
          </w:tcPr>
          <w:p w14:paraId="17F764D0" w14:textId="77777777" w:rsidR="0071582A" w:rsidRPr="0071582A" w:rsidRDefault="0071582A" w:rsidP="007158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9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08E344A6" w14:textId="77777777" w:rsidR="0071582A" w:rsidRPr="0071582A" w:rsidRDefault="0071582A" w:rsidP="007A5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Jürilerin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öğrencilerle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tanışma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ve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soru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cevap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toplantısı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(online</w:t>
            </w:r>
            <w:r w:rsidR="00814B5D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</w:tr>
      <w:tr w:rsidR="0071582A" w:rsidRPr="0071582A" w14:paraId="21D8F847" w14:textId="77777777" w:rsidTr="0071582A">
        <w:trPr>
          <w:jc w:val="center"/>
        </w:trPr>
        <w:tc>
          <w:tcPr>
            <w:tcW w:w="1384" w:type="dxa"/>
          </w:tcPr>
          <w:p w14:paraId="0DFF3609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HAFTA-</w:t>
            </w:r>
            <w:r w:rsidRPr="0071582A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060" w:type="dxa"/>
          </w:tcPr>
          <w:p w14:paraId="12C8AA73" w14:textId="77777777" w:rsidR="0071582A" w:rsidRPr="0071582A" w:rsidRDefault="00F94820" w:rsidP="00F94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10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373FB394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1. ARA JÜRİ*</w:t>
            </w:r>
          </w:p>
        </w:tc>
      </w:tr>
      <w:tr w:rsidR="0071582A" w:rsidRPr="0071582A" w14:paraId="090EE449" w14:textId="77777777" w:rsidTr="0071582A">
        <w:trPr>
          <w:jc w:val="center"/>
        </w:trPr>
        <w:tc>
          <w:tcPr>
            <w:tcW w:w="1384" w:type="dxa"/>
          </w:tcPr>
          <w:p w14:paraId="1BB98886" w14:textId="77777777" w:rsidR="0071582A" w:rsidRPr="0071582A" w:rsidRDefault="0071582A" w:rsidP="00F94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HAFTA-</w:t>
            </w:r>
            <w:r w:rsidR="00F94820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2060" w:type="dxa"/>
          </w:tcPr>
          <w:p w14:paraId="37B73028" w14:textId="77777777" w:rsidR="0071582A" w:rsidRPr="0071582A" w:rsidRDefault="00F94820" w:rsidP="00F94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24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11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09BF4035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2. ARA JÜRİ*</w:t>
            </w:r>
          </w:p>
        </w:tc>
      </w:tr>
      <w:tr w:rsidR="0071582A" w:rsidRPr="0071582A" w14:paraId="589F3C27" w14:textId="77777777" w:rsidTr="0071582A">
        <w:trPr>
          <w:jc w:val="center"/>
        </w:trPr>
        <w:tc>
          <w:tcPr>
            <w:tcW w:w="1384" w:type="dxa"/>
          </w:tcPr>
          <w:p w14:paraId="1B586C62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HAFTA-1</w:t>
            </w:r>
            <w:r w:rsidRPr="0071582A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060" w:type="dxa"/>
          </w:tcPr>
          <w:p w14:paraId="2A42B75B" w14:textId="77777777" w:rsidR="0071582A" w:rsidRPr="0071582A" w:rsidRDefault="00F94820" w:rsidP="00F94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22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  <w:r w:rsidR="0071582A"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5C80EA09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3. ARA JÜRİ*</w:t>
            </w:r>
          </w:p>
        </w:tc>
      </w:tr>
      <w:tr w:rsidR="0071582A" w:rsidRPr="0071582A" w14:paraId="493EE31D" w14:textId="77777777" w:rsidTr="0071582A">
        <w:trPr>
          <w:jc w:val="center"/>
        </w:trPr>
        <w:tc>
          <w:tcPr>
            <w:tcW w:w="1384" w:type="dxa"/>
          </w:tcPr>
          <w:p w14:paraId="6FD378AF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0" w:type="dxa"/>
          </w:tcPr>
          <w:p w14:paraId="1EC9CD95" w14:textId="77777777" w:rsidR="0071582A" w:rsidRPr="0071582A" w:rsidRDefault="0071582A" w:rsidP="00F948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2</w:t>
            </w:r>
            <w:r w:rsidR="00F94820"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</w:t>
            </w:r>
            <w:r w:rsidR="00F94820">
              <w:rPr>
                <w:rFonts w:ascii="Times New Roman" w:hAnsi="Times New Roman" w:cs="Times New Roman"/>
                <w:color w:val="000000"/>
                <w:sz w:val="22"/>
              </w:rPr>
              <w:t>12</w:t>
            </w: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.2026</w:t>
            </w:r>
          </w:p>
        </w:tc>
        <w:tc>
          <w:tcPr>
            <w:tcW w:w="6695" w:type="dxa"/>
          </w:tcPr>
          <w:p w14:paraId="3EE09848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Derslerin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bitişi</w:t>
            </w:r>
            <w:proofErr w:type="spellEnd"/>
          </w:p>
        </w:tc>
      </w:tr>
      <w:tr w:rsidR="0071582A" w:rsidRPr="0071582A" w14:paraId="14396EF0" w14:textId="77777777" w:rsidTr="0071582A">
        <w:trPr>
          <w:jc w:val="center"/>
        </w:trPr>
        <w:tc>
          <w:tcPr>
            <w:tcW w:w="1384" w:type="dxa"/>
          </w:tcPr>
          <w:p w14:paraId="0C9BAB07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060" w:type="dxa"/>
          </w:tcPr>
          <w:p w14:paraId="4AFCD6B4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6695" w:type="dxa"/>
          </w:tcPr>
          <w:p w14:paraId="60C582D7" w14:textId="77777777" w:rsidR="0071582A" w:rsidRPr="0071582A" w:rsidRDefault="0071582A" w:rsidP="007A5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FİNAL JÜRİSİ* (Kesin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tarih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duyurulacaktır</w:t>
            </w:r>
            <w:proofErr w:type="spellEnd"/>
            <w:r w:rsidRPr="0071582A">
              <w:rPr>
                <w:rFonts w:ascii="Times New Roman" w:hAnsi="Times New Roman" w:cs="Times New Roman"/>
                <w:color w:val="000000"/>
                <w:sz w:val="22"/>
              </w:rPr>
              <w:t>)</w:t>
            </w:r>
          </w:p>
        </w:tc>
      </w:tr>
    </w:tbl>
    <w:p w14:paraId="7A61B830" w14:textId="77777777" w:rsidR="0071582A" w:rsidRPr="0071582A" w:rsidRDefault="0071582A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</w:p>
    <w:p w14:paraId="11E402D3" w14:textId="77777777" w:rsidR="00F94820" w:rsidRPr="0036029F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4"/>
          <w:szCs w:val="24"/>
        </w:rPr>
      </w:pPr>
      <w:r w:rsidRPr="0036029F">
        <w:rPr>
          <w:rFonts w:ascii="Times New Roman" w:eastAsia="Arial" w:hAnsi="Times New Roman" w:cs="Times New Roman"/>
          <w:b/>
          <w:color w:val="184C86"/>
          <w:sz w:val="28"/>
          <w:szCs w:val="24"/>
        </w:rPr>
        <w:t xml:space="preserve">Jüri </w:t>
      </w:r>
      <w:proofErr w:type="spellStart"/>
      <w:r w:rsidRPr="0036029F">
        <w:rPr>
          <w:rFonts w:ascii="Times New Roman" w:eastAsia="Arial" w:hAnsi="Times New Roman" w:cs="Times New Roman"/>
          <w:b/>
          <w:color w:val="184C86"/>
          <w:sz w:val="28"/>
          <w:szCs w:val="24"/>
        </w:rPr>
        <w:t>Değerlendirmesi</w:t>
      </w:r>
      <w:proofErr w:type="spellEnd"/>
      <w:r w:rsidRPr="0036029F">
        <w:rPr>
          <w:rFonts w:ascii="Times New Roman" w:eastAsia="Arial" w:hAnsi="Times New Roman" w:cs="Times New Roman"/>
          <w:b/>
          <w:color w:val="184C86"/>
          <w:sz w:val="28"/>
          <w:szCs w:val="24"/>
        </w:rPr>
        <w:t xml:space="preserve"> </w:t>
      </w:r>
      <w:proofErr w:type="spellStart"/>
      <w:r w:rsidRPr="0036029F">
        <w:rPr>
          <w:rFonts w:ascii="Times New Roman" w:eastAsia="Arial" w:hAnsi="Times New Roman" w:cs="Times New Roman"/>
          <w:b/>
          <w:color w:val="184C86"/>
          <w:sz w:val="28"/>
          <w:szCs w:val="24"/>
        </w:rPr>
        <w:t>İçin</w:t>
      </w:r>
      <w:proofErr w:type="spellEnd"/>
      <w:r w:rsidRPr="0036029F">
        <w:rPr>
          <w:rFonts w:ascii="Times New Roman" w:eastAsia="Arial" w:hAnsi="Times New Roman" w:cs="Times New Roman"/>
          <w:b/>
          <w:color w:val="184C86"/>
          <w:sz w:val="28"/>
          <w:szCs w:val="24"/>
        </w:rPr>
        <w:t xml:space="preserve"> İstenenler</w:t>
      </w:r>
    </w:p>
    <w:p w14:paraId="734D1604" w14:textId="77777777" w:rsidR="00F94820" w:rsidRDefault="00F94820" w:rsidP="0071582A">
      <w:pPr>
        <w:keepNext/>
        <w:spacing w:before="120" w:after="80"/>
        <w:jc w:val="both"/>
        <w:rPr>
          <w:rFonts w:ascii="Times New Roman" w:eastAsia="Arial" w:hAnsi="Times New Roman" w:cs="Times New Roman"/>
          <w:b/>
          <w:color w:val="184C86"/>
          <w:sz w:val="22"/>
        </w:rPr>
      </w:pPr>
    </w:p>
    <w:p w14:paraId="6F528E96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1. Ara Jüri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Oturumunda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İstenenler</w:t>
      </w:r>
    </w:p>
    <w:p w14:paraId="4D350980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Şemalar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Yaklaşım</w:t>
      </w:r>
      <w:proofErr w:type="spellEnd"/>
    </w:p>
    <w:p w14:paraId="06BA5AD4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Bu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aşamada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hazırlanacak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problemine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mevcut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gelecekteki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geliştirdiği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ana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stratejilerini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ifade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etmelidir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Anlatımların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63B3D0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1/2000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İlişki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Paftası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: Gar–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Mithatpaşa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Ray Dönüşümü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Koridorunun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genel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güzergâhı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Aziz Duran Parkı,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önemli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kültürel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odaklar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içindeki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konumu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Bu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ayrıntılı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strateji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ölçeğidir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99FF58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1/1000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Geçiş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Stratejisi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Aziz Duran Parkı,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gelecekteki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Koridor,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doğudaki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bağlantılarıyla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kurduğu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hareketleri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girişler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89A1AC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Mevcut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İşlevler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/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Eksik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İşlevler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Analizi: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çevredeki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kütüphane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konser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sanat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eğitim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atölye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diğer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haritalanması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önerilecek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B02E225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sz w:val="22"/>
        </w:rPr>
        <w:t xml:space="preserve">Program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Şemaları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A/B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Senaryoları</w:t>
      </w:r>
      <w:proofErr w:type="spellEnd"/>
    </w:p>
    <w:p w14:paraId="78AA7DB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Föy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zorunlu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çekirdek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seçmeli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modüller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yorumlanarak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özgü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ihtiyaç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oluşturulmalıdır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seçtiği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modülleri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varsa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kendi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önerisini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FA5618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Her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“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neden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?”, “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?”, “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”, “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”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“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”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başlıklarını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içeren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Matrisi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69BF4C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Gündelik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– Afet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zaman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diyagramlarla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80A439E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Vaziyet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İlk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Çözüm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Önerileri</w:t>
      </w:r>
      <w:proofErr w:type="spellEnd"/>
    </w:p>
    <w:p w14:paraId="6CD0EF9E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Vaziyet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yerleşimi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, yaya/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6857DD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lastRenderedPageBreak/>
        <w:t xml:space="preserve">İlk plan,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silüet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denemeleri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Kütlesel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organizasyon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açık-kapalı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geçirgenlik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A390A8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Rapor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problem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tanımını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okumalarını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özetleyen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500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kelimeyi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geçmeyen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rapor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eskizleri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eklenmelidir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956A99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, park, ray/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birlikte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şekilde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r w:rsidR="0071582A">
        <w:rPr>
          <w:rFonts w:ascii="Times New Roman" w:eastAsia="Arial" w:hAnsi="Times New Roman" w:cs="Times New Roman"/>
          <w:sz w:val="22"/>
        </w:rPr>
        <w:t>40</w:t>
      </w:r>
      <w:r w:rsidRPr="0071582A">
        <w:rPr>
          <w:rFonts w:ascii="Times New Roman" w:eastAsia="Arial" w:hAnsi="Times New Roman" w:cs="Times New Roman"/>
          <w:sz w:val="22"/>
        </w:rPr>
        <w:t>×</w:t>
      </w:r>
      <w:r w:rsidR="0071582A">
        <w:rPr>
          <w:rFonts w:ascii="Times New Roman" w:eastAsia="Arial" w:hAnsi="Times New Roman" w:cs="Times New Roman"/>
          <w:sz w:val="22"/>
        </w:rPr>
        <w:t>8</w:t>
      </w:r>
      <w:r w:rsidRPr="0071582A">
        <w:rPr>
          <w:rFonts w:ascii="Times New Roman" w:eastAsia="Arial" w:hAnsi="Times New Roman" w:cs="Times New Roman"/>
          <w:sz w:val="22"/>
        </w:rPr>
        <w:t xml:space="preserve">0 cm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boyutunda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CB44AE2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Sunumlar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A1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formatında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hazırlanacak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; her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paftanın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A3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kopyası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jüriye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sunulacaktır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. Teslim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şekli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dijital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yükleme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ayrıntıları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öncesi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duyurulacaktır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.</w:t>
      </w:r>
    </w:p>
    <w:p w14:paraId="2BA9C22E" w14:textId="77777777" w:rsidR="00F94820" w:rsidRDefault="00F94820" w:rsidP="00F94820">
      <w:pPr>
        <w:jc w:val="both"/>
        <w:rPr>
          <w:rFonts w:ascii="Times New Roman" w:hAnsi="Times New Roman" w:cs="Times New Roman"/>
          <w:sz w:val="22"/>
        </w:rPr>
      </w:pPr>
    </w:p>
    <w:p w14:paraId="2A8B1EC7" w14:textId="77777777" w:rsidR="003B7668" w:rsidRPr="0071582A" w:rsidRDefault="009F5150" w:rsidP="00F94820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2. Ara Jüri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Oturumunda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İstenenler</w:t>
      </w:r>
    </w:p>
    <w:p w14:paraId="36287762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İkinci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birinci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koyduğu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sorulara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yanıt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üretmiş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somutlaştırmış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düşüncelerini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mimarlık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ölçeğine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taşıyarak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biçimlenme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dağılım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okunaklı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öneriler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geliştirmiş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İç-dış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bütüncül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anlayışla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kullanımına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ilk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978C23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1/1000):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akışı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odaklar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gelecekteki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kurulan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yansıması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8BEB89A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İç-Dış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storyboardlar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3B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görselleştirmeler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atmosfer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anlatımları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7BCCDE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Vaziyet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, yaya/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132F3B9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Geliştirilmiş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grupları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hiyerarşi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dağılımlarının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ABCE8E2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A/B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En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plan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aksonometri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üzerinde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karşılaştırmalı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C3EF68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Zemin Kat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çevreyle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bütünleşmiş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şekilde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girişler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683628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Silüetler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park, yeni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2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silüet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9674FE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Kesitler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2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B7009C3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>Plan–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Görünüşler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İşlevsel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dağılım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taşıyıcı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iç-dış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okunaklı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aktaran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43338F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İlkeleri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: Güneş-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gölge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aydınlatma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havalandırma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ilk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C1CF4E8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Grafik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İfadeler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destekleyici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anlatımlar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DEC4352" w14:textId="77777777" w:rsidR="003B7668" w:rsidRPr="00F94820" w:rsidRDefault="009F5150" w:rsidP="00F94820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–1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BDF6EDE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Rapor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500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kelimeyi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geçmeyen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sürecini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rapor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eskizleri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eklenmelidir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5ACF877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Yukarıda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belirtilen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istenenler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A1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formatında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hazırlanacak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; her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paftanın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A3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kopyası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jüriye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sunulacaktır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.</w:t>
      </w:r>
    </w:p>
    <w:p w14:paraId="47C4C173" w14:textId="77777777" w:rsidR="00F94820" w:rsidRDefault="00F94820" w:rsidP="00F94820">
      <w:pPr>
        <w:jc w:val="both"/>
        <w:rPr>
          <w:rFonts w:ascii="Times New Roman" w:hAnsi="Times New Roman" w:cs="Times New Roman"/>
          <w:sz w:val="22"/>
        </w:rPr>
      </w:pPr>
    </w:p>
    <w:p w14:paraId="623E38E9" w14:textId="77777777" w:rsidR="003B7668" w:rsidRPr="0071582A" w:rsidRDefault="009F5150" w:rsidP="00F94820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3. Ara Jüri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Oturumunda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İstenenler</w:t>
      </w:r>
    </w:p>
    <w:p w14:paraId="081A1E36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Üçüncü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gelişmiş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sunulması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önceki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üretilen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olgunlaştırılması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arasında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tutarlı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bütünlük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kurulmalıdır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D05AFBE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1/1000):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okumaların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, park–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konut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dokusu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nihaiye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ifadesi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E33F9B9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iç-dış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kurguyu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storyboardlar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atmosfer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görselleri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AFFDEAF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Vaziyet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sınırları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50ECD6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Zemin Kat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bütünleşik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şekilde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3EB66C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Silüetler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(1/500).</w:t>
      </w:r>
    </w:p>
    <w:p w14:paraId="58D393A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lastRenderedPageBreak/>
        <w:t>Plan–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Görünüşler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katlar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görünüşler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7D4249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/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En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plan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düzeyinde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karşılaştırmalı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ölçülebilir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dâhil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08C942A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Taşıyıcı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teknolojisi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C1CEAE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Yangın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güvenliği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otopark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sığınak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lojistik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ilgili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yönetmelikler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çözümü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C6C32A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Dayanıklılık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Pasif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enerji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işleyişi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altyapı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prensipleri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DDFF3E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Özellikli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taşıyıcı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kabuk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teknolojisi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39BD5F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İç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grafik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ifadeler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5C6BDBF6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–1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0E262E8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–2 (1/200):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kabuğu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atmosferi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7F91F6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Animasyon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45–60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saniye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hareketlerini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dönüşebilir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kısa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sekanslar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B36399D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Yukarıda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belirtilen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istenenler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A1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formatında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hazırlanacak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; her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paftanın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A3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kopyası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jüriye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sunulacaktır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.</w:t>
      </w:r>
    </w:p>
    <w:p w14:paraId="5A4D004B" w14:textId="77777777" w:rsidR="00F94820" w:rsidRDefault="00F94820" w:rsidP="00F94820">
      <w:pPr>
        <w:jc w:val="both"/>
        <w:rPr>
          <w:rFonts w:ascii="Times New Roman" w:hAnsi="Times New Roman" w:cs="Times New Roman"/>
          <w:sz w:val="22"/>
        </w:rPr>
      </w:pPr>
    </w:p>
    <w:p w14:paraId="5711294B" w14:textId="77777777" w:rsidR="003B7668" w:rsidRPr="0071582A" w:rsidRDefault="009F5150" w:rsidP="00F94820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Bitirme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Projesi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Final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Tesliminde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İstenenler</w:t>
      </w:r>
      <w:proofErr w:type="spellEnd"/>
    </w:p>
    <w:p w14:paraId="4869F93D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Final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önceki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boyunca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eleştiriler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geliştirilerek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son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hâline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ulaştırılması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bütüncül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temsil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beklenmektedir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Çalışmayı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farklı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kılan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nitelikler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kurulan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seçimlerinin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48B6E9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Analizleri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İlişkiler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1/1000): Gar–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Mithatpaşa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akışları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kamusal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odaklar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41E004E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Çerçeve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konsept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kolajlar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storyboardlar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görseller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5DFE7053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Vaziyet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sınırları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yapılaşma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açık-yarı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0527FEA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İhtiyaç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Dağılımı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seçimlerinin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dağılımlarını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grafikler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A608EE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Planlar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Zemin kat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1/500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çevreyle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birlikte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kat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planları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1/200.</w:t>
      </w:r>
    </w:p>
    <w:p w14:paraId="15580087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Kesitler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Görünüşler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En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3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(1/200),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ilişkiyi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kesitler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(1/500)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cephe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görünüş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(1/200).</w:t>
      </w:r>
    </w:p>
    <w:p w14:paraId="6C18FA2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/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– Afet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En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1/200 plan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eşdeğer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karşılaştırmalı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kapasitesi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organizasyonunun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gerekçelendirilmesi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540C1F2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Perspektifler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/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Renderlar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atmosferlerini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deneyimini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Yeşil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kurulan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ilişkiyi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şekilde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05D216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Strüktür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Teknolojisi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İfadeleri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FD83B7F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1/20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2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56F5C5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Yangın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güvenliği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otopark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sığınak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lojistik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ihtiyaçlarını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ilgili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yönetmelikler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doğrultusunda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C3744D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Açık Alan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Düzenlemeleri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Park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bağlantısı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yeni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koridorla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temas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yaya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plan,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diyagram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perspektifler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F58928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Sürdürülebilirlik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: Güneş-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gölge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doğal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aydınlatma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havalandırma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peyzaj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yönetimi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enerji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açıklayan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şemalar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3FABF6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–1 (1/500):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Kentsel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gösterecek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58CC0D5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–2 (1/200):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kabuğu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strüktür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atmosferi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anlatan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detaylı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73CE87F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Rapor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1000–1500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kelime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problem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tanımı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kavramsal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çerçeve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ihtiyaç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A/B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strüktürel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çevresel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kararlar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sürdürülebilirlik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erişilebilirlik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esneklik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5543E23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lastRenderedPageBreak/>
        <w:t>Animasyon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(45–60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):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bağlamı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hareketleri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iç-dış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sürekliliği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kurgusunu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destekleyen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kısa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sekanslar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84ACBE0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Sanal Tur / 360°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Renderlar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deneyimlenebilirliğini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artırıcı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nitelikte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ek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materyali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hazırlanabilir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587C0D11" w14:textId="77777777" w:rsidR="00F94820" w:rsidRDefault="00F94820" w:rsidP="00F94820">
      <w:pPr>
        <w:jc w:val="both"/>
        <w:rPr>
          <w:rFonts w:ascii="Times New Roman" w:hAnsi="Times New Roman" w:cs="Times New Roman"/>
          <w:sz w:val="22"/>
        </w:rPr>
      </w:pPr>
    </w:p>
    <w:p w14:paraId="2A0E23F6" w14:textId="77777777" w:rsidR="003B7668" w:rsidRPr="0071582A" w:rsidRDefault="009F5150" w:rsidP="00F94820">
      <w:pPr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Sunum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İlkeleri</w:t>
      </w:r>
      <w:proofErr w:type="spellEnd"/>
    </w:p>
    <w:p w14:paraId="7B866596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Bütün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sunumu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hazırlanacak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maketler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malzeme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tekniğine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sınırlama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bulunmamaktadır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izdüşüm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genel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mimari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temsil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ilkelerine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uygun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olmak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koşuluyla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sunum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serbesttir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belirtilen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belgelere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ek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projelerini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daha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iyi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ifade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edecek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ek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çalışmaları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hazırlayabilirler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6DF427C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Pafta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boyutları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A1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olacaktır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sergileme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asma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düzeni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pafta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dikkate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alınmalıdır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4AA7A423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Dijital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PDF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formatında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öncesi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duyurulacak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dosya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adı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ölçütlerine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uygun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C50A344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Maketler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gününde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fiziki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teslim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dijital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dokümanları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edilen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süre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içerisinde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sisteme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yüklenir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5C94254B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Tüm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çizimlerde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ölçek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kuzey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yönü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bilgileri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adları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bilgileri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açıklamalar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okunaklı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biçimde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almalıdır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A6793ED" w14:textId="77777777" w:rsidR="00F94820" w:rsidRDefault="00F94820" w:rsidP="0071582A">
      <w:pPr>
        <w:keepNext/>
        <w:spacing w:before="120" w:after="80"/>
        <w:jc w:val="both"/>
        <w:rPr>
          <w:rFonts w:ascii="Times New Roman" w:eastAsia="Arial" w:hAnsi="Times New Roman" w:cs="Times New Roman"/>
          <w:b/>
          <w:color w:val="184C86"/>
          <w:sz w:val="22"/>
        </w:rPr>
      </w:pPr>
    </w:p>
    <w:p w14:paraId="32A2B13B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Özet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İhtiyaç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Programı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– Genel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İlkeler</w:t>
      </w:r>
      <w:proofErr w:type="spellEnd"/>
    </w:p>
    <w:p w14:paraId="2675FEE0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Aşağıdaki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aynı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yapıyı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tekrar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etmesi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amacıyla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ortak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asgari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performans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çerçevesi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oluşturmak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üzere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hazırlanmıştır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bölümden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oluşmaktadır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: (A)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tüm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projelerde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bulunması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zorunlu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çekirdek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(B)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analizlerine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seçeceği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modülleri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17BF9412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Her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seçmeli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modüllerinden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üç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tanesini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seçmeli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seçilen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işlevleri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çevre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profili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tasarım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yaklaşımı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üzerinden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gerekçelendirmelidir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jüri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tarafından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uygun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görülmek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koşuluyla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modüller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dışında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kendi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önerdiği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işlevi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de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ekleyebilir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2BA02EF6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Toplam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kapalı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inşaat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7.000–8.000 m²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aralığında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olması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öngörülmektedir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Verilen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net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dolaşım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ıslak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hacimler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düşey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sirkülasyon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hacimler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yönetmeliklerin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gerektirdiği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diğer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alanlar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toplam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inşaat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dâhildir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. Program,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öğrencinin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geliştirdiği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senaryoya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bağlı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olarak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%10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oranında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değiştirilebilir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;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önemli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toplam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değil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programın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dengeli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olmasıdır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.</w:t>
      </w:r>
    </w:p>
    <w:p w14:paraId="3B366497" w14:textId="77777777" w:rsidR="008B4EE7" w:rsidRDefault="008B4EE7" w:rsidP="0071582A">
      <w:pPr>
        <w:keepNext/>
        <w:spacing w:before="120" w:after="80"/>
        <w:jc w:val="both"/>
        <w:rPr>
          <w:rFonts w:ascii="Times New Roman" w:eastAsia="Arial" w:hAnsi="Times New Roman" w:cs="Times New Roman"/>
          <w:b/>
          <w:color w:val="184C86"/>
          <w:sz w:val="22"/>
        </w:rPr>
      </w:pPr>
    </w:p>
    <w:p w14:paraId="30BDCACD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Program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Dönüşüm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Matrisi</w:t>
      </w:r>
      <w:proofErr w:type="spellEnd"/>
    </w:p>
    <w:p w14:paraId="7C19DB0F" w14:textId="77777777" w:rsidR="003B7668" w:rsidRPr="0071582A" w:rsidRDefault="009F5150" w:rsidP="0071582A">
      <w:pPr>
        <w:spacing w:after="90" w:line="252" w:lineRule="auto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, 1. Ara Jüri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itibarıyla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aşağıdaki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başlıkları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içeren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kendi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program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matrisini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hazırlamakla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yükümlüdür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:</w:t>
      </w:r>
    </w:p>
    <w:p w14:paraId="06F5BE52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İşlev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/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mekân</w:t>
      </w:r>
      <w:proofErr w:type="spellEnd"/>
    </w:p>
    <w:p w14:paraId="1C930A9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Programın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gerekçesi</w:t>
      </w:r>
      <w:proofErr w:type="spellEnd"/>
    </w:p>
    <w:p w14:paraId="500ACCB3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sz w:val="22"/>
        </w:rPr>
        <w:t xml:space="preserve">Ana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kullanıcı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grubu</w:t>
      </w:r>
      <w:proofErr w:type="spellEnd"/>
    </w:p>
    <w:p w14:paraId="495BDA8D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A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olağan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</w:p>
    <w:p w14:paraId="63DC1FCC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Senaryo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B –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afet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sonrası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kullanım</w:t>
      </w:r>
      <w:proofErr w:type="spellEnd"/>
    </w:p>
    <w:p w14:paraId="0EBCC761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net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</w:p>
    <w:p w14:paraId="7B3987C9" w14:textId="77777777" w:rsidR="003B7668" w:rsidRPr="0071582A" w:rsidRDefault="009F5150" w:rsidP="0071582A">
      <w:pPr>
        <w:pStyle w:val="ListeMaddemi"/>
        <w:spacing w:after="54" w:line="240" w:lineRule="auto"/>
        <w:ind w:left="312" w:hanging="142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sz w:val="22"/>
        </w:rPr>
        <w:t>Gerekli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yarı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açık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alan</w:t>
      </w:r>
      <w:proofErr w:type="spellEnd"/>
      <w:r w:rsidRPr="0071582A">
        <w:rPr>
          <w:rFonts w:ascii="Times New Roman" w:eastAsia="Arial" w:hAnsi="Times New Roman" w:cs="Times New Roman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sz w:val="22"/>
        </w:rPr>
        <w:t>ilişkisi</w:t>
      </w:r>
      <w:proofErr w:type="spellEnd"/>
    </w:p>
    <w:p w14:paraId="691B2905" w14:textId="77777777" w:rsidR="003B7668" w:rsidRPr="0071582A" w:rsidRDefault="003B7668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</w:p>
    <w:p w14:paraId="5201A086" w14:textId="77777777" w:rsidR="003B7668" w:rsidRPr="0071582A" w:rsidRDefault="009F5150" w:rsidP="0071582A">
      <w:pPr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hAnsi="Times New Roman" w:cs="Times New Roman"/>
          <w:sz w:val="22"/>
        </w:rPr>
        <w:br w:type="page"/>
      </w:r>
    </w:p>
    <w:p w14:paraId="23780A40" w14:textId="77777777" w:rsidR="003B7668" w:rsidRPr="0071582A" w:rsidRDefault="009F5150" w:rsidP="0071582A">
      <w:pPr>
        <w:keepNext/>
        <w:spacing w:before="120" w:after="80"/>
        <w:jc w:val="both"/>
        <w:rPr>
          <w:rFonts w:ascii="Times New Roman" w:hAnsi="Times New Roman" w:cs="Times New Roman"/>
          <w:sz w:val="22"/>
        </w:rPr>
      </w:pP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lastRenderedPageBreak/>
        <w:t>Özet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İhtiyaç</w:t>
      </w:r>
      <w:proofErr w:type="spellEnd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color w:val="184C86"/>
          <w:sz w:val="22"/>
        </w:rPr>
        <w:t>Programı</w:t>
      </w:r>
      <w:proofErr w:type="spellEnd"/>
    </w:p>
    <w:p w14:paraId="4F2DFD5C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sz w:val="22"/>
        </w:rPr>
        <w:t xml:space="preserve">A.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Çekirdek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Program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3515"/>
        <w:gridCol w:w="1247"/>
        <w:gridCol w:w="2948"/>
      </w:tblGrid>
      <w:tr w:rsidR="003B7668" w:rsidRPr="0071582A" w14:paraId="4DD2BA81" w14:textId="77777777" w:rsidTr="00320626">
        <w:trPr>
          <w:tblHeader/>
          <w:jc w:val="center"/>
        </w:trPr>
        <w:tc>
          <w:tcPr>
            <w:tcW w:w="1871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5D9088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İşlev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Grubu</w:t>
            </w:r>
            <w:proofErr w:type="spellEnd"/>
          </w:p>
        </w:tc>
        <w:tc>
          <w:tcPr>
            <w:tcW w:w="3515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7E90A4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Mekân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İşlev</w:t>
            </w:r>
            <w:proofErr w:type="spellEnd"/>
          </w:p>
        </w:tc>
        <w:tc>
          <w:tcPr>
            <w:tcW w:w="1247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7FB83F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Yaklaşık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Net Alan</w:t>
            </w:r>
          </w:p>
        </w:tc>
        <w:tc>
          <w:tcPr>
            <w:tcW w:w="2948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CC2C77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Afet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Sonrası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Karşılığı</w:t>
            </w:r>
          </w:p>
        </w:tc>
      </w:tr>
      <w:tr w:rsidR="003B7668" w:rsidRPr="0071582A" w14:paraId="398B6379" w14:textId="77777777" w:rsidTr="00320626">
        <w:trPr>
          <w:jc w:val="center"/>
        </w:trPr>
        <w:tc>
          <w:tcPr>
            <w:tcW w:w="1871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849C892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Kamusal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Karşılama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Alanlar</w:t>
            </w:r>
            <w:proofErr w:type="spellEnd"/>
          </w:p>
        </w:tc>
        <w:tc>
          <w:tcPr>
            <w:tcW w:w="3515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1A05D7C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Giriş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danışma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bekleme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iç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kamusal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buluşma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>/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foaye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gerektiğinde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farklı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kullanımlara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açılabilen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</w:t>
            </w:r>
            <w:proofErr w:type="spellEnd"/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02F2CB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400–500 m²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5CD3846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Afet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sonrası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kayıt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yönlendirme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bilgi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buluşma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alanı</w:t>
            </w:r>
            <w:proofErr w:type="spellEnd"/>
          </w:p>
        </w:tc>
      </w:tr>
      <w:tr w:rsidR="003B7668" w:rsidRPr="0071582A" w14:paraId="04DB2D23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373DCB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Esnek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Çok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Amaçlı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Mekânlar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EE653EE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Bölünebilir/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birleşebilir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düz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zeminli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salonlar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;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toplantı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topluluk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etkinliği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vb.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52EC54C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650–800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E53EDE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Geçici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barınma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veya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alanı</w:t>
            </w:r>
            <w:proofErr w:type="spellEnd"/>
            <w:r w:rsidR="00E21850">
              <w:rPr>
                <w:rFonts w:ascii="Times New Roman" w:eastAsia="Arial" w:hAnsi="Times New Roman" w:cs="Times New Roman"/>
                <w:sz w:val="22"/>
              </w:rPr>
              <w:t xml:space="preserve"> (</w:t>
            </w:r>
            <w:proofErr w:type="spellStart"/>
            <w:r w:rsidR="00E21850">
              <w:rPr>
                <w:rFonts w:ascii="Times New Roman" w:eastAsia="Arial" w:hAnsi="Times New Roman" w:cs="Times New Roman"/>
                <w:sz w:val="22"/>
              </w:rPr>
              <w:t>Öğrenci</w:t>
            </w:r>
            <w:proofErr w:type="spellEnd"/>
            <w:r w:rsidR="00E21850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="00E21850">
              <w:rPr>
                <w:rFonts w:ascii="Times New Roman" w:eastAsia="Arial" w:hAnsi="Times New Roman" w:cs="Times New Roman"/>
                <w:sz w:val="22"/>
              </w:rPr>
              <w:t>tarafından</w:t>
            </w:r>
            <w:proofErr w:type="spellEnd"/>
            <w:r w:rsidR="00E21850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="00E21850">
              <w:rPr>
                <w:rFonts w:ascii="Times New Roman" w:eastAsia="Arial" w:hAnsi="Times New Roman" w:cs="Times New Roman"/>
                <w:sz w:val="22"/>
              </w:rPr>
              <w:t>geliştirilmesi</w:t>
            </w:r>
            <w:proofErr w:type="spellEnd"/>
            <w:r w:rsidR="00E21850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="00E21850">
              <w:rPr>
                <w:rFonts w:ascii="Times New Roman" w:eastAsia="Arial" w:hAnsi="Times New Roman" w:cs="Times New Roman"/>
                <w:sz w:val="22"/>
              </w:rPr>
              <w:t>beklenir</w:t>
            </w:r>
            <w:proofErr w:type="spellEnd"/>
            <w:r w:rsidR="00E21850">
              <w:rPr>
                <w:rFonts w:ascii="Times New Roman" w:eastAsia="Arial" w:hAnsi="Times New Roman" w:cs="Times New Roman"/>
                <w:sz w:val="22"/>
              </w:rPr>
              <w:t>)</w:t>
            </w:r>
          </w:p>
        </w:tc>
      </w:tr>
      <w:tr w:rsidR="003B7668" w:rsidRPr="0071582A" w14:paraId="3D89E280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75F463E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Toplantı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Grup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Çalışma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D16B102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Farklı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büyüklüklerde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toplantı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danışma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grup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çalışma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odaları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A91768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400–500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97E4E2D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Koordinasyon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danışmanlık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temel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sağlık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>/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psikososyal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</w:p>
        </w:tc>
      </w:tr>
      <w:tr w:rsidR="003B7668" w:rsidRPr="0071582A" w14:paraId="05913BCD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DC30D4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Yemek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Hazırlama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Yemek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Birimi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EE1799E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Gündelik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destekleyen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mutfak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>/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servis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yemek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;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mutfağı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olarak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kurgulanması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zorunlu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değildir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5B0382F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400–550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0C4B645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yemek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hazırlama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dağıtım</w:t>
            </w:r>
            <w:proofErr w:type="spellEnd"/>
          </w:p>
        </w:tc>
      </w:tr>
      <w:tr w:rsidR="003B7668" w:rsidRPr="0071582A" w14:paraId="26A7BCA5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FAFECE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Yönetim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Personel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B214EE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Yönetim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personel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çalışma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toplantı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dinlenme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7DD226E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220–300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97E8B0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Koordinasyon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idari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</w:p>
        </w:tc>
      </w:tr>
      <w:tr w:rsidR="003B7668" w:rsidRPr="0071582A" w14:paraId="38BD376D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BFCD585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Depo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Lojistik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Servis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D97FF0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Genel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depolar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mal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kabul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servis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ekipman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operasyon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B203DE2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400–500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EF2EEB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Yardım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kabul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sınıflandırma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stok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dağıtım</w:t>
            </w:r>
            <w:proofErr w:type="spellEnd"/>
          </w:p>
        </w:tc>
      </w:tr>
      <w:tr w:rsidR="003B7668" w:rsidRPr="0071582A" w14:paraId="786DEC33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E0432F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Teknik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Birimler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2248D9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Sistem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odası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trafo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/UPS, ana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tablo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jeneratör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HVAC,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vb.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F59B659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450–600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FB546E7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Acil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durumda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temel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işleyişi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destekleyen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teknik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altyapı</w:t>
            </w:r>
            <w:proofErr w:type="spellEnd"/>
          </w:p>
        </w:tc>
      </w:tr>
      <w:tr w:rsidR="003B7668" w:rsidRPr="0071582A" w14:paraId="4E0A9B8F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C0B4A07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Islak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Hacimler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Sirkülasyon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Sığınak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823BEC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Yönetmelik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tasarım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gereksinimlerine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göre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E5B39D4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—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CC649D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İki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senaryoda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da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yeterli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kapasite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erişilebilirlik</w:t>
            </w:r>
            <w:proofErr w:type="spellEnd"/>
          </w:p>
        </w:tc>
      </w:tr>
    </w:tbl>
    <w:p w14:paraId="07FEA57A" w14:textId="77777777" w:rsidR="003B7668" w:rsidRPr="0071582A" w:rsidRDefault="009F5150" w:rsidP="0071582A">
      <w:pPr>
        <w:keepNext/>
        <w:spacing w:before="80" w:after="80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b/>
          <w:sz w:val="22"/>
        </w:rPr>
        <w:t xml:space="preserve">B.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Tarafından</w:t>
      </w:r>
      <w:proofErr w:type="spellEnd"/>
      <w:r w:rsidRPr="0071582A">
        <w:rPr>
          <w:rFonts w:ascii="Times New Roman" w:eastAsia="Arial" w:hAnsi="Times New Roman" w:cs="Times New Roman"/>
          <w:b/>
          <w:sz w:val="22"/>
        </w:rPr>
        <w:t xml:space="preserve"> Seçilecek Program </w:t>
      </w:r>
      <w:proofErr w:type="spellStart"/>
      <w:r w:rsidRPr="0071582A">
        <w:rPr>
          <w:rFonts w:ascii="Times New Roman" w:eastAsia="Arial" w:hAnsi="Times New Roman" w:cs="Times New Roman"/>
          <w:b/>
          <w:sz w:val="22"/>
        </w:rPr>
        <w:t>Modülleri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3515"/>
        <w:gridCol w:w="1247"/>
        <w:gridCol w:w="2948"/>
      </w:tblGrid>
      <w:tr w:rsidR="003B7668" w:rsidRPr="0071582A" w14:paraId="70611FAC" w14:textId="77777777" w:rsidTr="00320626">
        <w:trPr>
          <w:tblHeader/>
          <w:jc w:val="center"/>
        </w:trPr>
        <w:tc>
          <w:tcPr>
            <w:tcW w:w="1871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1EFBB5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İşlev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Grubu</w:t>
            </w:r>
            <w:proofErr w:type="spellEnd"/>
          </w:p>
        </w:tc>
        <w:tc>
          <w:tcPr>
            <w:tcW w:w="3515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AB260B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Mekân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İşlev</w:t>
            </w:r>
            <w:proofErr w:type="spellEnd"/>
          </w:p>
        </w:tc>
        <w:tc>
          <w:tcPr>
            <w:tcW w:w="1247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DF654A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Yaklaşık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Net Alan</w:t>
            </w:r>
          </w:p>
        </w:tc>
        <w:tc>
          <w:tcPr>
            <w:tcW w:w="2948" w:type="dxa"/>
            <w:shd w:val="clear" w:color="auto" w:fill="184C86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3D93EF" w14:textId="77777777" w:rsidR="003B7668" w:rsidRPr="0071582A" w:rsidRDefault="009F5150" w:rsidP="0071582A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Afet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>Sonrası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color w:val="FFFFFF"/>
                <w:sz w:val="22"/>
              </w:rPr>
              <w:t xml:space="preserve"> Karşılığı</w:t>
            </w:r>
          </w:p>
        </w:tc>
      </w:tr>
      <w:tr w:rsidR="003B7668" w:rsidRPr="0071582A" w14:paraId="41BD5718" w14:textId="77777777" w:rsidTr="00320626">
        <w:trPr>
          <w:jc w:val="center"/>
        </w:trPr>
        <w:tc>
          <w:tcPr>
            <w:tcW w:w="1871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5909003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Üretim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Tamir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Yeniden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Kullanım</w:t>
            </w:r>
            <w:proofErr w:type="spellEnd"/>
          </w:p>
        </w:tc>
        <w:tc>
          <w:tcPr>
            <w:tcW w:w="3515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95B46F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üretim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onarım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küçük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ölçekli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yapım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yeniden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atölyeleri</w:t>
            </w:r>
            <w:proofErr w:type="spellEnd"/>
          </w:p>
        </w:tc>
        <w:tc>
          <w:tcPr>
            <w:tcW w:w="1247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DBED9B5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500–700 m²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DB2DC62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Onarım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ekipman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hazırlama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yardım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organizasyonu</w:t>
            </w:r>
            <w:proofErr w:type="spellEnd"/>
          </w:p>
        </w:tc>
      </w:tr>
      <w:tr w:rsidR="003B7668" w:rsidRPr="0071582A" w14:paraId="5606D183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7C3161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Çalışma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Sosyal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Girişim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233A9E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Ortak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çalışma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küçük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toplantı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sosyal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girişim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proje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üretim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308ECB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400–600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86CEE8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İletişim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bilgi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koordinasyon</w:t>
            </w:r>
            <w:proofErr w:type="spellEnd"/>
          </w:p>
        </w:tc>
      </w:tr>
      <w:tr w:rsidR="003B7668" w:rsidRPr="0071582A" w14:paraId="488076FB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5EA068B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Mahalle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Topluluk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Birimleri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ADE391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Topluluk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toplantıları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sosyal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dayanışma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sivil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A41879E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350–500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EFC84D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Danışmanlık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koordinasyon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topluluk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desteği</w:t>
            </w:r>
            <w:proofErr w:type="spellEnd"/>
          </w:p>
        </w:tc>
      </w:tr>
      <w:tr w:rsidR="003B7668" w:rsidRPr="0071582A" w14:paraId="1F7D848F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3615D5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Çocuk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Aile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Gençlik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946AA7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Esnek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etkinlik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oyun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birlikte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mekânları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707A67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450–650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B895B3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Çocuk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dostu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alanlar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aile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kullanımları</w:t>
            </w:r>
            <w:proofErr w:type="spellEnd"/>
          </w:p>
        </w:tc>
      </w:tr>
      <w:tr w:rsidR="003B7668" w:rsidRPr="0071582A" w14:paraId="6D301160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D53162D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Hareket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Sağlıklı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Yaşam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78686F9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Düz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zeminli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hareket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egzersiz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çok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amaçlı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sağlıklı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yaşam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mekânları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EF4FB5D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500–700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075BF0C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Geçici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barınma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veya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</w:t>
            </w:r>
            <w:proofErr w:type="spellEnd"/>
          </w:p>
        </w:tc>
      </w:tr>
      <w:tr w:rsidR="003B7668" w:rsidRPr="0071582A" w14:paraId="4D6D7FA7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81773F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Yerel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Üretim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Geçici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Pazar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6C9316F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Dönemsel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pazar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yerel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üretici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takas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sosyal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girişim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kullanımları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F7A5394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450–650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2E52FF5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Yardım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kabul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dağıtım</w:t>
            </w:r>
            <w:proofErr w:type="spellEnd"/>
          </w:p>
        </w:tc>
      </w:tr>
      <w:tr w:rsidR="003B7668" w:rsidRPr="0071582A" w14:paraId="089EBBE5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CC7059A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Kent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Ekolojisi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İklim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/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Gıda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A2EE046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Kent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ekolojisi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çevresel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farkındalık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uygulamalı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açık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gıda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ilişkili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birimler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35EDD0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350–500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195262A3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Temel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çevresel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açık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alan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organizasyonu</w:t>
            </w:r>
            <w:proofErr w:type="spellEnd"/>
          </w:p>
        </w:tc>
      </w:tr>
      <w:tr w:rsidR="003B7668" w:rsidRPr="0071582A" w14:paraId="451AF55F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C9AE7E7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Afet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Farkındalık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Hazırlık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DBF6D1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İlk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yardım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afet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hazırlığı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uygulamalı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toplumsal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farkındalık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birimleri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3C92C4D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300–450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7B5661B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Eğitim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işlevinden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operasyon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>/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destek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işlevine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dönüşüm</w:t>
            </w:r>
            <w:proofErr w:type="spellEnd"/>
          </w:p>
        </w:tc>
      </w:tr>
      <w:tr w:rsidR="003B7668" w:rsidRPr="0071582A" w14:paraId="64445067" w14:textId="77777777" w:rsidTr="00320626">
        <w:trPr>
          <w:jc w:val="center"/>
        </w:trPr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3644160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Öğrenci</w:t>
            </w:r>
            <w:proofErr w:type="spellEnd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b/>
                <w:sz w:val="22"/>
              </w:rPr>
              <w:t>Önerisi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D0CEBB1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Yakın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çevre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analizinden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doğan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,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mevcut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işlevleri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tekrar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etmeyen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ve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jüri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tarafından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uygun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görülen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yeni program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23BAE282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r w:rsidRPr="0071582A">
              <w:rPr>
                <w:rFonts w:ascii="Times New Roman" w:eastAsia="Arial" w:hAnsi="Times New Roman" w:cs="Times New Roman"/>
                <w:sz w:val="22"/>
              </w:rPr>
              <w:t>300–700 m²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53905CC8" w14:textId="77777777" w:rsidR="003B7668" w:rsidRPr="0071582A" w:rsidRDefault="009F5150" w:rsidP="0071582A">
            <w:pPr>
              <w:spacing w:after="0" w:line="211" w:lineRule="auto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Öğrencinin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A/B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senaryosuna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göre</w:t>
            </w:r>
            <w:proofErr w:type="spellEnd"/>
            <w:r w:rsidRPr="0071582A">
              <w:rPr>
                <w:rFonts w:ascii="Times New Roman" w:eastAsia="Arial" w:hAnsi="Times New Roman" w:cs="Times New Roman"/>
                <w:sz w:val="22"/>
              </w:rPr>
              <w:t xml:space="preserve"> </w:t>
            </w:r>
            <w:proofErr w:type="spellStart"/>
            <w:r w:rsidRPr="0071582A">
              <w:rPr>
                <w:rFonts w:ascii="Times New Roman" w:eastAsia="Arial" w:hAnsi="Times New Roman" w:cs="Times New Roman"/>
                <w:sz w:val="22"/>
              </w:rPr>
              <w:t>tanımlanır</w:t>
            </w:r>
            <w:proofErr w:type="spellEnd"/>
          </w:p>
        </w:tc>
      </w:tr>
    </w:tbl>
    <w:p w14:paraId="2BCD60E7" w14:textId="77777777" w:rsidR="003B7668" w:rsidRPr="0071582A" w:rsidRDefault="009F5150" w:rsidP="0071582A">
      <w:pPr>
        <w:spacing w:after="60" w:line="240" w:lineRule="auto"/>
        <w:jc w:val="both"/>
        <w:rPr>
          <w:rFonts w:ascii="Times New Roman" w:hAnsi="Times New Roman" w:cs="Times New Roman"/>
          <w:sz w:val="22"/>
        </w:rPr>
      </w:pPr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Her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öğrenci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en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az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üç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seçmeli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modül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seçmelidir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.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Seçilen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modüllerin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toplamı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,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zorunlu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çekirdek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ve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servis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/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teknik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alanlarla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birlikte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yaklaşık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7.000–8.000 m²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toplam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kapalı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inşaat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alanı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hedefi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içinde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 xml:space="preserve"> </w:t>
      </w:r>
      <w:proofErr w:type="spellStart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dengelenmelidir</w:t>
      </w:r>
      <w:proofErr w:type="spellEnd"/>
      <w:r w:rsidRPr="0071582A">
        <w:rPr>
          <w:rFonts w:ascii="Times New Roman" w:eastAsia="Arial" w:hAnsi="Times New Roman" w:cs="Times New Roman"/>
          <w:i/>
          <w:color w:val="555555"/>
          <w:sz w:val="22"/>
        </w:rPr>
        <w:t>.</w:t>
      </w:r>
    </w:p>
    <w:sectPr w:rsidR="003B7668" w:rsidRPr="0071582A" w:rsidSect="00034616">
      <w:headerReference w:type="default" r:id="rId9"/>
      <w:footerReference w:type="default" r:id="rId10"/>
      <w:pgSz w:w="11906" w:h="16838"/>
      <w:pgMar w:top="1871" w:right="907" w:bottom="765" w:left="907" w:header="198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3CBEC" w14:textId="77777777" w:rsidR="00531A3E" w:rsidRDefault="00531A3E">
      <w:pPr>
        <w:spacing w:after="0" w:line="240" w:lineRule="auto"/>
      </w:pPr>
      <w:r>
        <w:separator/>
      </w:r>
    </w:p>
  </w:endnote>
  <w:endnote w:type="continuationSeparator" w:id="0">
    <w:p w14:paraId="124A9880" w14:textId="77777777" w:rsidR="00531A3E" w:rsidRDefault="0053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E6328" w14:textId="77777777" w:rsidR="003B7668" w:rsidRDefault="009F5150">
    <w:pPr>
      <w:pStyle w:val="AltBilgi"/>
    </w:pPr>
    <w:proofErr w:type="spellStart"/>
    <w:r>
      <w:rPr>
        <w:rFonts w:eastAsia="Arial"/>
        <w:color w:val="666666"/>
        <w:sz w:val="15"/>
      </w:rPr>
      <w:t>Taslak</w:t>
    </w:r>
    <w:proofErr w:type="spellEnd"/>
    <w:r>
      <w:rPr>
        <w:rFonts w:eastAsia="Arial"/>
        <w:color w:val="666666"/>
        <w:sz w:val="15"/>
      </w:rPr>
      <w:t xml:space="preserve"> </w:t>
    </w:r>
    <w:proofErr w:type="spellStart"/>
    <w:r>
      <w:rPr>
        <w:rFonts w:eastAsia="Arial"/>
        <w:color w:val="666666"/>
        <w:sz w:val="15"/>
      </w:rPr>
      <w:t>Föy</w:t>
    </w:r>
    <w:proofErr w:type="spellEnd"/>
    <w:r>
      <w:rPr>
        <w:rFonts w:eastAsia="Arial"/>
        <w:color w:val="666666"/>
        <w:sz w:val="15"/>
      </w:rPr>
      <w:t xml:space="preserve"> · 2026-2027 </w:t>
    </w:r>
    <w:proofErr w:type="spellStart"/>
    <w:r>
      <w:rPr>
        <w:rFonts w:eastAsia="Arial"/>
        <w:color w:val="666666"/>
        <w:sz w:val="15"/>
      </w:rPr>
      <w:t>Güz</w:t>
    </w:r>
    <w:proofErr w:type="spellEnd"/>
    <w:r>
      <w:rPr>
        <w:rFonts w:eastAsia="Arial"/>
        <w:color w:val="666666"/>
        <w:sz w:val="15"/>
      </w:rPr>
      <w:t xml:space="preserve"> </w:t>
    </w:r>
    <w:proofErr w:type="spellStart"/>
    <w:r>
      <w:rPr>
        <w:rFonts w:eastAsia="Arial"/>
        <w:color w:val="666666"/>
        <w:sz w:val="15"/>
      </w:rPr>
      <w:t>Dönemi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92180" w14:textId="77777777" w:rsidR="00531A3E" w:rsidRDefault="00531A3E">
      <w:pPr>
        <w:spacing w:after="0" w:line="240" w:lineRule="auto"/>
      </w:pPr>
      <w:r>
        <w:separator/>
      </w:r>
    </w:p>
  </w:footnote>
  <w:footnote w:type="continuationSeparator" w:id="0">
    <w:p w14:paraId="2F6B6F2E" w14:textId="77777777" w:rsidR="00531A3E" w:rsidRDefault="00531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6382" w14:textId="77777777" w:rsidR="003B7668" w:rsidRDefault="003B7668">
    <w:pPr>
      <w:pStyle w:val="stBilgi"/>
      <w:spacing w:after="20"/>
      <w:jc w:val="center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964"/>
      <w:gridCol w:w="7767"/>
      <w:gridCol w:w="1191"/>
    </w:tblGrid>
    <w:tr w:rsidR="003B7668" w14:paraId="513BAB24" w14:textId="77777777">
      <w:trPr>
        <w:jc w:val="center"/>
      </w:trPr>
      <w:tc>
        <w:tcPr>
          <w:tcW w:w="964" w:type="dxa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98832A9" w14:textId="77777777" w:rsidR="003B7668" w:rsidRDefault="008B4EE7">
          <w:pPr>
            <w:jc w:val="center"/>
          </w:pPr>
          <w:r>
            <w:rPr>
              <w:rFonts w:ascii="Times New Roman" w:eastAsia="Arial" w:hAnsi="Times New Roman" w:cs="Times New Roman"/>
              <w:b/>
              <w:noProof/>
              <w:color w:val="184C86"/>
              <w:sz w:val="22"/>
              <w:lang w:val="tr-TR" w:eastAsia="tr-TR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1" allowOverlap="1" wp14:anchorId="1A9EC838" wp14:editId="5873DD7D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-76835</wp:posOffset>
                    </wp:positionV>
                    <wp:extent cx="665480" cy="680085"/>
                    <wp:effectExtent l="0" t="0" r="1270" b="5715"/>
                    <wp:wrapNone/>
                    <wp:docPr id="7" name="Dikdörtgen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5480" cy="680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3401A26" id="Dikdörtgen 7" o:spid="_x0000_s1026" style="position:absolute;margin-left:.1pt;margin-top:-6.05pt;width:52.4pt;height:53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" fillcolor="white [3212]" stroked="f"/>
                </w:pict>
              </mc:Fallback>
            </mc:AlternateContent>
          </w:r>
          <w:r w:rsidR="009F5150">
            <w:rPr>
              <w:noProof/>
              <w:lang w:val="tr-TR" w:eastAsia="tr-TR"/>
            </w:rPr>
            <w:drawing>
              <wp:inline distT="0" distB="0" distL="0" distR="0" wp14:anchorId="26641C34" wp14:editId="699AC557">
                <wp:extent cx="450000" cy="491722"/>
                <wp:effectExtent l="0" t="0" r="0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au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000" cy="491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67" w:type="dxa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90C85B0" w14:textId="77777777" w:rsidR="003B7668" w:rsidRDefault="009F5150">
          <w:pPr>
            <w:jc w:val="center"/>
          </w:pPr>
          <w:r>
            <w:rPr>
              <w:rFonts w:eastAsia="Arial"/>
              <w:b/>
              <w:sz w:val="18"/>
            </w:rPr>
            <w:t>T.C. SAKARYA ÜNİVERSİTESİ</w:t>
          </w:r>
          <w:r>
            <w:rPr>
              <w:rFonts w:eastAsia="Arial"/>
              <w:b/>
              <w:sz w:val="18"/>
            </w:rPr>
            <w:br/>
            <w:t>SANAT TASARIM VE MİMARLIK FAKÜLTESİ</w:t>
          </w:r>
          <w:r>
            <w:rPr>
              <w:rFonts w:eastAsia="Arial"/>
              <w:b/>
              <w:sz w:val="18"/>
            </w:rPr>
            <w:br/>
            <w:t>MİMARLIK BÖLÜMÜ · 2026-2027 GÜZ DÖNEMİ</w:t>
          </w:r>
          <w:r>
            <w:rPr>
              <w:rFonts w:eastAsia="Arial"/>
              <w:b/>
              <w:sz w:val="18"/>
            </w:rPr>
            <w:br/>
            <w:t>MIM-402 MİMARİ TASARIM VIII / BİTİRME PROJESİ</w:t>
          </w:r>
        </w:p>
      </w:tc>
      <w:tc>
        <w:tcPr>
          <w:tcW w:w="1191" w:type="dxa"/>
          <w:tcMar>
            <w:top w:w="20" w:type="dxa"/>
            <w:left w:w="20" w:type="dxa"/>
            <w:bottom w:w="20" w:type="dxa"/>
            <w:right w:w="20" w:type="dxa"/>
          </w:tcMar>
          <w:vAlign w:val="center"/>
        </w:tcPr>
        <w:p w14:paraId="70719A5C" w14:textId="77777777" w:rsidR="003B7668" w:rsidRDefault="009F5150">
          <w:pPr>
            <w:jc w:val="right"/>
          </w:pPr>
          <w:proofErr w:type="spellStart"/>
          <w:r>
            <w:rPr>
              <w:sz w:val="16"/>
            </w:rPr>
            <w:t>Sayfa</w:t>
          </w:r>
          <w:proofErr w:type="spellEnd"/>
          <w:r>
            <w:rPr>
              <w:sz w:val="16"/>
            </w:rPr>
            <w:t xml:space="preserve">: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14B5D">
            <w:rPr>
              <w:noProof/>
            </w:rPr>
            <w:t>8</w:t>
          </w:r>
          <w:r>
            <w:fldChar w:fldCharType="end"/>
          </w:r>
          <w:r>
            <w:rPr>
              <w:sz w:val="16"/>
            </w:rPr>
            <w:t>/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14B5D">
            <w:rPr>
              <w:noProof/>
            </w:rPr>
            <w:t>8</w:t>
          </w:r>
          <w:r>
            <w:fldChar w:fldCharType="end"/>
          </w:r>
        </w:p>
      </w:tc>
    </w:tr>
  </w:tbl>
  <w:p w14:paraId="79215752" w14:textId="77777777" w:rsidR="003B7668" w:rsidRDefault="003B7668">
    <w:pPr>
      <w:pBdr>
        <w:bottom w:val="single" w:sz="18" w:space="1" w:color="184C86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4862944">
    <w:abstractNumId w:val="8"/>
  </w:num>
  <w:num w:numId="2" w16cid:durableId="196892563">
    <w:abstractNumId w:val="6"/>
  </w:num>
  <w:num w:numId="3" w16cid:durableId="1065565500">
    <w:abstractNumId w:val="5"/>
  </w:num>
  <w:num w:numId="4" w16cid:durableId="130485763">
    <w:abstractNumId w:val="4"/>
  </w:num>
  <w:num w:numId="5" w16cid:durableId="808471338">
    <w:abstractNumId w:val="7"/>
  </w:num>
  <w:num w:numId="6" w16cid:durableId="228346057">
    <w:abstractNumId w:val="3"/>
  </w:num>
  <w:num w:numId="7" w16cid:durableId="1031539316">
    <w:abstractNumId w:val="2"/>
  </w:num>
  <w:num w:numId="8" w16cid:durableId="646399245">
    <w:abstractNumId w:val="1"/>
  </w:num>
  <w:num w:numId="9" w16cid:durableId="194681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45D"/>
    <w:rsid w:val="0029639D"/>
    <w:rsid w:val="00320626"/>
    <w:rsid w:val="00326F90"/>
    <w:rsid w:val="0036029F"/>
    <w:rsid w:val="003B7668"/>
    <w:rsid w:val="00531A3E"/>
    <w:rsid w:val="005674FA"/>
    <w:rsid w:val="006F3E2E"/>
    <w:rsid w:val="0071582A"/>
    <w:rsid w:val="00814B5D"/>
    <w:rsid w:val="008B4EE7"/>
    <w:rsid w:val="009F5150"/>
    <w:rsid w:val="00AA1D8D"/>
    <w:rsid w:val="00B47730"/>
    <w:rsid w:val="00BC039C"/>
    <w:rsid w:val="00CB0664"/>
    <w:rsid w:val="00E21850"/>
    <w:rsid w:val="00F948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16F43A"/>
  <w14:defaultImageDpi w14:val="330"/>
  <w15:docId w15:val="{2C844514-818F-4FA4-A9A6-B28AC6FA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9"/>
    </w:r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2387EF-57CF-4700-BA21-84CBAB71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3543</Words>
  <Characters>20200</Characters>
  <Application>Microsoft Office Word</Application>
  <DocSecurity>0</DocSecurity>
  <Lines>168</Lines>
  <Paragraphs>47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Akif Yildiz</dc:creator>
  <cp:keywords/>
  <cp:lastModifiedBy>Mehmet Akif Yıldız</cp:lastModifiedBy>
  <cp:revision>5</cp:revision>
  <dcterms:created xsi:type="dcterms:W3CDTF">2026-08-31T12:49:00Z</dcterms:created>
  <dcterms:modified xsi:type="dcterms:W3CDTF">2026-09-11T11:55:00Z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2ca42a82-8a82-4c97-a472-81d0c0ba98aa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2026-09-11T11:55:13Z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d673b559-5cba-4c4f-8ed0-28a4eafa2f63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